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B4A5F" w14:textId="77777777" w:rsidR="00ED21E2" w:rsidRDefault="00000000">
      <w:pPr>
        <w:spacing w:after="240"/>
      </w:pPr>
      <w:r>
        <w:rPr>
          <w:b/>
          <w:sz w:val="22"/>
        </w:rPr>
        <w:t>Τα απαραίτητα έγγραφα διασφαλίζουν μια ομαλή και ξεκάθαρη διαδικασία μίσθωσης. Δείτε παρακάτω τι χρειάζεται ανάλογα με την κατηγορία σας.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ED21E2" w14:paraId="2AD317BD" w14:textId="77777777">
        <w:trPr>
          <w:jc w:val="center"/>
        </w:trPr>
        <w:tc>
          <w:tcPr>
            <w:tcW w:w="9936" w:type="dxa"/>
            <w:shd w:val="clear" w:color="auto" w:fill="F6F0F8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79811652" w14:textId="77777777" w:rsidR="00ED21E2" w:rsidRDefault="00000000">
            <w:pPr>
              <w:spacing w:before="120" w:after="40"/>
            </w:pPr>
            <w:r>
              <w:rPr>
                <w:b/>
                <w:sz w:val="24"/>
              </w:rPr>
              <w:t>Νομιμοποιητικά Έγγραφα Μίσθωσης Οχήματος</w:t>
            </w:r>
            <w:r>
              <w:rPr>
                <w:b/>
                <w:sz w:val="24"/>
              </w:rPr>
              <w:br/>
            </w:r>
            <w:r>
              <w:rPr>
                <w:b/>
              </w:rPr>
              <w:t>Για Φυσικά Πρόσωπα</w:t>
            </w:r>
          </w:p>
          <w:p w14:paraId="684232B6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&amp; Διπλώματος (και των οδηγών που θα χρησιμοποιούν το όχημα)</w:t>
            </w:r>
          </w:p>
          <w:p w14:paraId="4EA051C0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Εκκαθαριστικά δύο τελευταίων ετών</w:t>
            </w:r>
          </w:p>
          <w:p w14:paraId="776D0039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τελευταίου λογαριασμού ΔEKO</w:t>
            </w:r>
          </w:p>
          <w:p w14:paraId="2BAE83DE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Τελευταία Μισθοδοσία</w:t>
            </w:r>
          </w:p>
          <w:p w14:paraId="6105AA8C" w14:textId="77777777" w:rsidR="00ED21E2" w:rsidRDefault="00000000">
            <w:pPr>
              <w:spacing w:before="120" w:after="40"/>
            </w:pPr>
            <w:r>
              <w:rPr>
                <w:b/>
              </w:rPr>
              <w:t>Για Ατομικές Επιχειρήσεις</w:t>
            </w:r>
          </w:p>
          <w:p w14:paraId="316CA0F7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Έντυπα Ε3 δύο τελευταίων οικονομικών χρήσεων</w:t>
            </w:r>
          </w:p>
          <w:p w14:paraId="2F67F0FC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του εκπροσώπου της επιχείρησης (και των οδηγών που θα χρησιμοποιούν το όχημα)</w:t>
            </w:r>
          </w:p>
          <w:p w14:paraId="4194B170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Eκκαθαριστικά δύο τελευταίων ετών του φορέα της επιχείρησης</w:t>
            </w:r>
          </w:p>
          <w:p w14:paraId="0067F0E1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τελευταίου λογαριασμού ΔΕKO</w:t>
            </w:r>
          </w:p>
          <w:p w14:paraId="2E909D63" w14:textId="77777777" w:rsidR="00ED21E2" w:rsidRDefault="00000000">
            <w:pPr>
              <w:spacing w:before="120" w:after="40"/>
            </w:pPr>
            <w:r>
              <w:rPr>
                <w:b/>
              </w:rPr>
              <w:t>Για Ο.Ε. και Ε.Ε (επιχειρήσεις με βιβλία Β’ κατηγορίας)</w:t>
            </w:r>
          </w:p>
          <w:p w14:paraId="7CF2BAE6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Έντυπα Ε3 δύο τελευταίων οικονομικών χρήσεων</w:t>
            </w:r>
          </w:p>
          <w:p w14:paraId="06F91347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διαχειριστών</w:t>
            </w:r>
          </w:p>
          <w:p w14:paraId="1C6538E0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Τελευταίο Εκκαθαριστικό διαχειριστών</w:t>
            </w:r>
          </w:p>
          <w:p w14:paraId="7243B80C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&amp; Διπλώματος των οδηγών που θα χρησιμοποιούν το όχημα</w:t>
            </w:r>
          </w:p>
          <w:p w14:paraId="2AF899EC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Υπεύθυνη Δήλωση Νομιμοποίησης Εκπροσώπου (για οδηγίες έκδοσης παρακαλώ δείτε παρακάτω)</w:t>
            </w:r>
          </w:p>
          <w:p w14:paraId="1E35CC6D" w14:textId="77777777" w:rsidR="00ED21E2" w:rsidRDefault="00000000">
            <w:pPr>
              <w:spacing w:before="120" w:after="40"/>
            </w:pPr>
            <w:r>
              <w:rPr>
                <w:b/>
              </w:rPr>
              <w:t>Για Ε.Π.Ε. &amp; Ι.Κ.Ε. (επιχειρήσεις με βιβλία Γ’ κατηγορίας)</w:t>
            </w:r>
          </w:p>
          <w:p w14:paraId="10F03556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Ισολογισμοί και Καταστάσεις Αποτελεσμάτων Χρήσης των δύο τελευταίων ετών (δημοσιευμένοι ή νομίμως επικυρωμένοι)</w:t>
            </w:r>
          </w:p>
          <w:p w14:paraId="6A3ADF82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Δήλωση φορολογίας εισοδήματος τελευταίας οικονομικής χρήσης</w:t>
            </w:r>
          </w:p>
          <w:p w14:paraId="6F9D7210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Τελευταίο εκκαθαριστικό νόμιμων εκπροσώπων</w:t>
            </w:r>
          </w:p>
          <w:p w14:paraId="062DC8FA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Ταυτότητάς νόμιμων εκπροσώπων</w:t>
            </w:r>
          </w:p>
          <w:p w14:paraId="2583C75C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&amp; Διπλώματος των οδηγών που θα χρησιμοποιούν το όχημα</w:t>
            </w:r>
          </w:p>
          <w:p w14:paraId="4B83D22A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Υπεύθυνη Δήλωση Νομιμοποίησης Εκπροσώπου (για οδηγίες έκδοσης παρακαλώ δείτε παρακάτω)</w:t>
            </w:r>
          </w:p>
          <w:p w14:paraId="1B226283" w14:textId="77777777" w:rsidR="00ED21E2" w:rsidRDefault="00000000">
            <w:pPr>
              <w:spacing w:before="120" w:after="40"/>
            </w:pPr>
            <w:r>
              <w:rPr>
                <w:b/>
              </w:rPr>
              <w:t>Για Α.Ε. (επιχειρήσεις με βιβλία Γ’ κατηγορίας)</w:t>
            </w:r>
          </w:p>
          <w:p w14:paraId="1129F97C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Ισολογισμοί και Καταστάσεις Αποτελεσμάτων Χρήσης των δύο τελευταίων ετών (δημοσιευμένοι ή νομίμως επικυρωμένοι).</w:t>
            </w:r>
          </w:p>
          <w:p w14:paraId="1254BEE0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Δήλωση φορολογίας εισοδήματος τελευταίας οικονομικής χρήσης</w:t>
            </w:r>
          </w:p>
          <w:p w14:paraId="582B4D06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των νόμιμων εκπροσώπων</w:t>
            </w:r>
          </w:p>
          <w:p w14:paraId="1036BB1F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Φωτοτυπία Ταυτότητας &amp; Διπλώματος των οδηγών που θα χρησιμοποιούν το όχημα</w:t>
            </w:r>
          </w:p>
          <w:p w14:paraId="1EB542DF" w14:textId="77777777" w:rsidR="00ED21E2" w:rsidRDefault="00000000">
            <w:pPr>
              <w:spacing w:after="40"/>
              <w:ind w:left="288"/>
            </w:pPr>
            <w:r>
              <w:rPr>
                <w:sz w:val="20"/>
              </w:rPr>
              <w:t>• Υπεύθυνη Δήλωση Νομιμοποίησης Εκπροσώπου (για οδηγίες έκδοσης παρακαλώ δείτε παρακάτω)</w:t>
            </w:r>
          </w:p>
        </w:tc>
      </w:tr>
    </w:tbl>
    <w:p w14:paraId="7F42865F" w14:textId="77777777" w:rsidR="00ED21E2" w:rsidRDefault="00000000">
      <w:pPr>
        <w:spacing w:before="320" w:after="80"/>
      </w:pPr>
      <w:r>
        <w:rPr>
          <w:b/>
          <w:sz w:val="22"/>
        </w:rPr>
        <w:t>Στοιχεία για την ορθή έκδοση Υπεύθυνης Δήλωσης Νομιμοποίησης Εκπροσώπου</w:t>
      </w:r>
    </w:p>
    <w:p w14:paraId="3629ED1D" w14:textId="77777777" w:rsidR="00ED21E2" w:rsidRDefault="00000000">
      <w:pPr>
        <w:spacing w:after="40"/>
      </w:pPr>
      <w:r>
        <w:rPr>
          <w:sz w:val="20"/>
        </w:rPr>
        <w:t>Προς: ΓΑΒΡΙΗΛΙΔΗΣ ΑΥΤΟΚΙΝΗΤΑ - ΣΥΝΕΡΓΕΙΑ - ΑΣΦΑΛΙΣΤΙΚΟΙ ΣΥΜΒΟΥΛΟΙ Ε.Π.Ε.</w:t>
      </w:r>
    </w:p>
    <w:p w14:paraId="017A3C18" w14:textId="77777777" w:rsidR="00ED21E2" w:rsidRDefault="00000000">
      <w:pPr>
        <w:spacing w:after="80"/>
      </w:pPr>
      <w:r>
        <w:rPr>
          <w:b/>
          <w:sz w:val="20"/>
        </w:rPr>
        <w:t>Πρότυπο Κείμενο</w:t>
      </w:r>
    </w:p>
    <w:p w14:paraId="49600DEE" w14:textId="77777777" w:rsidR="00ED21E2" w:rsidRDefault="00000000">
      <w:pPr>
        <w:spacing w:after="480"/>
      </w:pPr>
      <w:r>
        <w:rPr>
          <w:i/>
          <w:sz w:val="19"/>
        </w:rPr>
        <w:lastRenderedPageBreak/>
        <w:t>«Με ατομική μου ευθύνη και γνωρίζοντας τις κυρώσεις, που προβλέπονται από τις διατάξεις της παρ. 6 του άρθρου 22 του Ν. 1599/1986, δηλώνω ότι: Eίμαι ο νόμιμος εκπρόσωπος της εταιρείας [ΕΠΩΝΥΜΙΑ ΕΤΑΙΡΕΙΑΣ], με Α.Φ.Μ. [ΑΦΜ], Δ.Ο.Υ. [ΔΟΥ], διαθέτω πλήρη εξουσία εκπροσώπησης και δέσμευσης της ανωτέρω εταιρείας.»</w:t>
      </w:r>
    </w:p>
    <w:p w14:paraId="0503398F" w14:textId="77777777" w:rsidR="00ED21E2" w:rsidRDefault="00ED21E2">
      <w:pPr>
        <w:pBdr>
          <w:bottom w:val="single" w:sz="6" w:space="1" w:color="3D2457"/>
        </w:pBd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ED21E2" w14:paraId="3AF53423" w14:textId="77777777">
        <w:trPr>
          <w:jc w:val="center"/>
        </w:trPr>
        <w:tc>
          <w:tcPr>
            <w:tcW w:w="3312" w:type="dxa"/>
          </w:tcPr>
          <w:p w14:paraId="67C3D693" w14:textId="77777777" w:rsidR="00ED21E2" w:rsidRDefault="00000000">
            <w:r>
              <w:rPr>
                <w:sz w:val="18"/>
              </w:rPr>
              <w:t>Georgiou Tsontou 27</w:t>
            </w:r>
            <w:r>
              <w:rPr>
                <w:sz w:val="18"/>
              </w:rPr>
              <w:br/>
              <w:t>Thessaloniki 546 27</w:t>
            </w:r>
          </w:p>
        </w:tc>
        <w:tc>
          <w:tcPr>
            <w:tcW w:w="3312" w:type="dxa"/>
          </w:tcPr>
          <w:p w14:paraId="5F0BA502" w14:textId="77777777" w:rsidR="00ED21E2" w:rsidRDefault="00000000">
            <w:pPr>
              <w:jc w:val="center"/>
            </w:pPr>
            <w:r>
              <w:rPr>
                <w:sz w:val="18"/>
              </w:rPr>
              <w:t>+30 231 050 6040</w:t>
            </w:r>
          </w:p>
        </w:tc>
        <w:tc>
          <w:tcPr>
            <w:tcW w:w="3312" w:type="dxa"/>
          </w:tcPr>
          <w:p w14:paraId="5CC6353C" w14:textId="77777777" w:rsidR="00ED21E2" w:rsidRDefault="00000000">
            <w:pPr>
              <w:jc w:val="right"/>
            </w:pPr>
            <w:r>
              <w:rPr>
                <w:sz w:val="18"/>
              </w:rPr>
              <w:t>mooviq.gr</w:t>
            </w:r>
            <w:r>
              <w:rPr>
                <w:sz w:val="18"/>
              </w:rPr>
              <w:br/>
              <w:t>info@mooviq.gr</w:t>
            </w:r>
          </w:p>
        </w:tc>
      </w:tr>
    </w:tbl>
    <w:p w14:paraId="6BDDE76C" w14:textId="77777777" w:rsidR="00645DE4" w:rsidRDefault="00645DE4"/>
    <w:sectPr w:rsidR="00645DE4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2131176">
    <w:abstractNumId w:val="8"/>
  </w:num>
  <w:num w:numId="2" w16cid:durableId="52586812">
    <w:abstractNumId w:val="6"/>
  </w:num>
  <w:num w:numId="3" w16cid:durableId="778069363">
    <w:abstractNumId w:val="5"/>
  </w:num>
  <w:num w:numId="4" w16cid:durableId="1243637781">
    <w:abstractNumId w:val="4"/>
  </w:num>
  <w:num w:numId="5" w16cid:durableId="1509831089">
    <w:abstractNumId w:val="7"/>
  </w:num>
  <w:num w:numId="6" w16cid:durableId="352195716">
    <w:abstractNumId w:val="3"/>
  </w:num>
  <w:num w:numId="7" w16cid:durableId="1568149811">
    <w:abstractNumId w:val="2"/>
  </w:num>
  <w:num w:numId="8" w16cid:durableId="746072365">
    <w:abstractNumId w:val="1"/>
  </w:num>
  <w:num w:numId="9" w16cid:durableId="31962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02D7"/>
    <w:rsid w:val="00645DE4"/>
    <w:rsid w:val="008C54B7"/>
    <w:rsid w:val="00AA1D8D"/>
    <w:rsid w:val="00B47730"/>
    <w:rsid w:val="00CB0664"/>
    <w:rsid w:val="00ED21E2"/>
    <w:rsid w:val="00F119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BC132"/>
  <w14:defaultImageDpi w14:val="300"/>
  <w15:docId w15:val="{94685492-B77A-4722-BC2F-568D2F64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D245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Charalampos Gavriilidis</cp:lastModifiedBy>
  <cp:revision>2</cp:revision>
  <dcterms:created xsi:type="dcterms:W3CDTF">2026-08-04T10:28:00Z</dcterms:created>
  <dcterms:modified xsi:type="dcterms:W3CDTF">2026-08-04T10:28:00Z</dcterms:modified>
  <cp:category/>
</cp:coreProperties>
</file>